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30162" w14:textId="77777777" w:rsidR="00C07019" w:rsidRPr="00B051F2" w:rsidRDefault="00000000" w:rsidP="00B051F2">
      <w:pPr>
        <w:pStyle w:val="Kop1"/>
        <w:rPr>
          <w:rFonts w:ascii="Calibri Light" w:hAnsi="Calibri Light" w:cs="Calibri Light"/>
          <w:color w:val="auto"/>
          <w:lang w:val="nl-BE"/>
        </w:rPr>
      </w:pPr>
      <w:r w:rsidRPr="00B051F2">
        <w:rPr>
          <w:rFonts w:ascii="Calibri Light" w:hAnsi="Calibri Light" w:cs="Calibri Light"/>
          <w:color w:val="auto"/>
          <w:lang w:val="nl-BE"/>
        </w:rPr>
        <w:t>Huisarts gezocht voor Wijkgezondheidscentrum Lier</w:t>
      </w:r>
    </w:p>
    <w:p w14:paraId="044B5654" w14:textId="77777777" w:rsidR="00B051F2" w:rsidRDefault="00B051F2">
      <w:pPr>
        <w:rPr>
          <w:rFonts w:ascii="Calibri Light" w:hAnsi="Calibri Light" w:cs="Calibri Light"/>
          <w:b/>
          <w:lang w:val="nl-BE"/>
        </w:rPr>
      </w:pPr>
    </w:p>
    <w:p w14:paraId="45F8E88A" w14:textId="4E6498EB" w:rsidR="00C07019" w:rsidRPr="00B051F2" w:rsidRDefault="00000000">
      <w:pPr>
        <w:rPr>
          <w:rFonts w:ascii="Calibri Light" w:hAnsi="Calibri Light" w:cs="Calibri Light"/>
          <w:lang w:val="nl-BE"/>
        </w:rPr>
      </w:pPr>
      <w:r w:rsidRPr="00B051F2">
        <w:rPr>
          <w:rFonts w:ascii="Calibri Light" w:hAnsi="Calibri Light" w:cs="Calibri Light"/>
          <w:b/>
          <w:lang w:val="nl-BE"/>
        </w:rPr>
        <w:t xml:space="preserve">Wijkgezondheidscentrum De Zilveren Knoop </w:t>
      </w:r>
      <w:r w:rsidRPr="00B051F2">
        <w:rPr>
          <w:rFonts w:ascii="Calibri Light" w:hAnsi="Calibri Light" w:cs="Calibri Light"/>
          <w:lang w:val="nl-BE"/>
        </w:rPr>
        <w:t>is een kleinschalig maar groeiend centrum in het hart van Lier. Wij bieden toegankelijke, integrale en preventieve eerstelijnszorg aan een ingeschreven patiëntenpopulatie binnen een forfaitair systeem. Ons multidisciplinair team bestaat uit huisartsen, verpleegkundigen, zorgkundige, maatschappelijk werker, psychologen en een sterk administratief team, onder leiding van een coördinator.</w:t>
      </w:r>
    </w:p>
    <w:p w14:paraId="78FDCB19" w14:textId="6319F654" w:rsidR="00C07019" w:rsidRPr="00B051F2" w:rsidRDefault="00000000">
      <w:pPr>
        <w:rPr>
          <w:rFonts w:ascii="Calibri Light" w:hAnsi="Calibri Light" w:cs="Calibri Light"/>
          <w:lang w:val="nl-BE"/>
        </w:rPr>
      </w:pPr>
      <w:r w:rsidRPr="00B051F2">
        <w:rPr>
          <w:rFonts w:ascii="Calibri Light" w:hAnsi="Calibri Light" w:cs="Calibri Light"/>
          <w:lang w:val="nl-BE"/>
        </w:rPr>
        <w:t xml:space="preserve">Samen met </w:t>
      </w:r>
      <w:r w:rsidR="00B051F2" w:rsidRPr="00B051F2">
        <w:rPr>
          <w:rFonts w:ascii="Calibri Light" w:hAnsi="Calibri Light" w:cs="Calibri Light"/>
          <w:lang w:val="nl-BE"/>
        </w:rPr>
        <w:t>jouw</w:t>
      </w:r>
      <w:r w:rsidRPr="00B051F2">
        <w:rPr>
          <w:rFonts w:ascii="Calibri Light" w:hAnsi="Calibri Light" w:cs="Calibri Light"/>
          <w:lang w:val="nl-BE"/>
        </w:rPr>
        <w:t xml:space="preserve"> collega-artsen maak je deel uit van het artsencorps en werk je samen in een sfeer van vertrouwen, overleg en gedeelde verantwoordelijkheid.</w:t>
      </w:r>
    </w:p>
    <w:p w14:paraId="3B657D89" w14:textId="77777777" w:rsidR="00C07019" w:rsidRPr="00B051F2" w:rsidRDefault="00000000">
      <w:pPr>
        <w:rPr>
          <w:rFonts w:ascii="Calibri Light" w:hAnsi="Calibri Light" w:cs="Calibri Light"/>
          <w:lang w:val="nl-BE"/>
        </w:rPr>
      </w:pPr>
      <w:r w:rsidRPr="00B051F2">
        <w:rPr>
          <w:rFonts w:ascii="Calibri Light" w:hAnsi="Calibri Light" w:cs="Calibri Light"/>
          <w:lang w:val="nl-BE"/>
        </w:rPr>
        <w:t>We bouwen bewust aan een professioneel en duurzaam werkmodel met sterke administratieve ondersteuning, heldere taakverdeling en ruimte voor participatie.</w:t>
      </w:r>
    </w:p>
    <w:p w14:paraId="3D7A5628" w14:textId="77777777" w:rsidR="00C07019" w:rsidRPr="00B051F2" w:rsidRDefault="00000000">
      <w:pPr>
        <w:rPr>
          <w:rFonts w:ascii="Calibri Light" w:hAnsi="Calibri Light" w:cs="Calibri Light"/>
          <w:lang w:val="nl-BE"/>
        </w:rPr>
      </w:pPr>
      <w:r w:rsidRPr="00B051F2">
        <w:rPr>
          <w:rFonts w:ascii="Calibri Light" w:hAnsi="Calibri Light" w:cs="Calibri Light"/>
          <w:lang w:val="nl-BE"/>
        </w:rPr>
        <w:t>Ben jij een geëngageerde huisarts die zin heeft in samenwerken, innoveren en impact maken op wijkniveau? Dan ben jij misschien de collega die wij zoeken.</w:t>
      </w:r>
    </w:p>
    <w:p w14:paraId="194802E4" w14:textId="77777777" w:rsidR="00C07019" w:rsidRPr="00B051F2" w:rsidRDefault="00000000">
      <w:pPr>
        <w:pStyle w:val="Kop2"/>
        <w:rPr>
          <w:rFonts w:ascii="Calibri Light" w:hAnsi="Calibri Light" w:cs="Calibri Light"/>
          <w:color w:val="auto"/>
          <w:lang w:val="nl-BE"/>
        </w:rPr>
      </w:pPr>
      <w:r w:rsidRPr="00B051F2">
        <w:rPr>
          <w:rFonts w:ascii="Calibri Light" w:hAnsi="Calibri Light" w:cs="Calibri Light"/>
          <w:color w:val="auto"/>
          <w:lang w:val="nl-BE"/>
        </w:rPr>
        <w:t>Je takenpakket</w:t>
      </w:r>
    </w:p>
    <w:p w14:paraId="7AA3ADCE" w14:textId="77777777" w:rsidR="00C07019" w:rsidRPr="00B051F2" w:rsidRDefault="00000000">
      <w:pPr>
        <w:pStyle w:val="Lijstopsomteken"/>
        <w:rPr>
          <w:rFonts w:ascii="Calibri Light" w:hAnsi="Calibri Light" w:cs="Calibri Light"/>
          <w:lang w:val="nl-BE"/>
        </w:rPr>
      </w:pPr>
      <w:r w:rsidRPr="00B051F2">
        <w:rPr>
          <w:rFonts w:ascii="Calibri Light" w:hAnsi="Calibri Light" w:cs="Calibri Light"/>
          <w:lang w:val="nl-BE"/>
        </w:rPr>
        <w:t>Consultaties binnen een forfaitair werkend wijkgezondheidscentrum</w:t>
      </w:r>
    </w:p>
    <w:p w14:paraId="744FB4E3" w14:textId="77777777" w:rsidR="00C07019" w:rsidRPr="00B051F2" w:rsidRDefault="00000000">
      <w:pPr>
        <w:pStyle w:val="Lijstopsomteken"/>
        <w:rPr>
          <w:rFonts w:ascii="Calibri Light" w:hAnsi="Calibri Light" w:cs="Calibri Light"/>
        </w:rPr>
      </w:pPr>
      <w:proofErr w:type="spellStart"/>
      <w:r w:rsidRPr="00B051F2">
        <w:rPr>
          <w:rFonts w:ascii="Calibri Light" w:hAnsi="Calibri Light" w:cs="Calibri Light"/>
        </w:rPr>
        <w:t>Beperkt</w:t>
      </w:r>
      <w:proofErr w:type="spellEnd"/>
      <w:r w:rsidRPr="00B051F2">
        <w:rPr>
          <w:rFonts w:ascii="Calibri Light" w:hAnsi="Calibri Light" w:cs="Calibri Light"/>
        </w:rPr>
        <w:t xml:space="preserve"> </w:t>
      </w:r>
      <w:proofErr w:type="spellStart"/>
      <w:r w:rsidRPr="00B051F2">
        <w:rPr>
          <w:rFonts w:ascii="Calibri Light" w:hAnsi="Calibri Light" w:cs="Calibri Light"/>
        </w:rPr>
        <w:t>aantal</w:t>
      </w:r>
      <w:proofErr w:type="spellEnd"/>
      <w:r w:rsidRPr="00B051F2">
        <w:rPr>
          <w:rFonts w:ascii="Calibri Light" w:hAnsi="Calibri Light" w:cs="Calibri Light"/>
        </w:rPr>
        <w:t xml:space="preserve"> </w:t>
      </w:r>
      <w:proofErr w:type="spellStart"/>
      <w:r w:rsidRPr="00B051F2">
        <w:rPr>
          <w:rFonts w:ascii="Calibri Light" w:hAnsi="Calibri Light" w:cs="Calibri Light"/>
        </w:rPr>
        <w:t>huisbezoeken</w:t>
      </w:r>
      <w:proofErr w:type="spellEnd"/>
    </w:p>
    <w:p w14:paraId="30DB6ED0" w14:textId="77777777" w:rsidR="00C07019" w:rsidRPr="00B051F2" w:rsidRDefault="00000000">
      <w:pPr>
        <w:pStyle w:val="Lijstopsomteken"/>
        <w:rPr>
          <w:rFonts w:ascii="Calibri Light" w:hAnsi="Calibri Light" w:cs="Calibri Light"/>
          <w:lang w:val="nl-BE"/>
        </w:rPr>
      </w:pPr>
      <w:r w:rsidRPr="00B051F2">
        <w:rPr>
          <w:rFonts w:ascii="Calibri Light" w:hAnsi="Calibri Light" w:cs="Calibri Light"/>
          <w:lang w:val="nl-BE"/>
        </w:rPr>
        <w:t xml:space="preserve">Preventieve, integrale en </w:t>
      </w:r>
      <w:proofErr w:type="spellStart"/>
      <w:r w:rsidRPr="00B051F2">
        <w:rPr>
          <w:rFonts w:ascii="Calibri Light" w:hAnsi="Calibri Light" w:cs="Calibri Light"/>
          <w:lang w:val="nl-BE"/>
        </w:rPr>
        <w:t>evidence-based</w:t>
      </w:r>
      <w:proofErr w:type="spellEnd"/>
      <w:r w:rsidRPr="00B051F2">
        <w:rPr>
          <w:rFonts w:ascii="Calibri Light" w:hAnsi="Calibri Light" w:cs="Calibri Light"/>
          <w:lang w:val="nl-BE"/>
        </w:rPr>
        <w:t xml:space="preserve"> zorgverlening</w:t>
      </w:r>
    </w:p>
    <w:p w14:paraId="6D36EF43" w14:textId="77777777" w:rsidR="00C07019" w:rsidRPr="00B051F2" w:rsidRDefault="00000000">
      <w:pPr>
        <w:pStyle w:val="Lijstopsomteken"/>
        <w:rPr>
          <w:rFonts w:ascii="Calibri Light" w:hAnsi="Calibri Light" w:cs="Calibri Light"/>
        </w:rPr>
      </w:pPr>
      <w:proofErr w:type="spellStart"/>
      <w:r w:rsidRPr="00B051F2">
        <w:rPr>
          <w:rFonts w:ascii="Calibri Light" w:hAnsi="Calibri Light" w:cs="Calibri Light"/>
        </w:rPr>
        <w:t>Actieve</w:t>
      </w:r>
      <w:proofErr w:type="spellEnd"/>
      <w:r w:rsidRPr="00B051F2">
        <w:rPr>
          <w:rFonts w:ascii="Calibri Light" w:hAnsi="Calibri Light" w:cs="Calibri Light"/>
        </w:rPr>
        <w:t xml:space="preserve"> </w:t>
      </w:r>
      <w:proofErr w:type="spellStart"/>
      <w:r w:rsidRPr="00B051F2">
        <w:rPr>
          <w:rFonts w:ascii="Calibri Light" w:hAnsi="Calibri Light" w:cs="Calibri Light"/>
        </w:rPr>
        <w:t>deelname</w:t>
      </w:r>
      <w:proofErr w:type="spellEnd"/>
      <w:r w:rsidRPr="00B051F2">
        <w:rPr>
          <w:rFonts w:ascii="Calibri Light" w:hAnsi="Calibri Light" w:cs="Calibri Light"/>
        </w:rPr>
        <w:t xml:space="preserve"> </w:t>
      </w:r>
      <w:proofErr w:type="spellStart"/>
      <w:r w:rsidRPr="00B051F2">
        <w:rPr>
          <w:rFonts w:ascii="Calibri Light" w:hAnsi="Calibri Light" w:cs="Calibri Light"/>
        </w:rPr>
        <w:t>aan</w:t>
      </w:r>
      <w:proofErr w:type="spellEnd"/>
      <w:r w:rsidRPr="00B051F2">
        <w:rPr>
          <w:rFonts w:ascii="Calibri Light" w:hAnsi="Calibri Light" w:cs="Calibri Light"/>
        </w:rPr>
        <w:t xml:space="preserve"> </w:t>
      </w:r>
      <w:proofErr w:type="spellStart"/>
      <w:r w:rsidRPr="00B051F2">
        <w:rPr>
          <w:rFonts w:ascii="Calibri Light" w:hAnsi="Calibri Light" w:cs="Calibri Light"/>
        </w:rPr>
        <w:t>multidisciplinair</w:t>
      </w:r>
      <w:proofErr w:type="spellEnd"/>
      <w:r w:rsidRPr="00B051F2">
        <w:rPr>
          <w:rFonts w:ascii="Calibri Light" w:hAnsi="Calibri Light" w:cs="Calibri Light"/>
        </w:rPr>
        <w:t xml:space="preserve"> </w:t>
      </w:r>
      <w:proofErr w:type="spellStart"/>
      <w:r w:rsidRPr="00B051F2">
        <w:rPr>
          <w:rFonts w:ascii="Calibri Light" w:hAnsi="Calibri Light" w:cs="Calibri Light"/>
        </w:rPr>
        <w:t>overleg</w:t>
      </w:r>
      <w:proofErr w:type="spellEnd"/>
    </w:p>
    <w:p w14:paraId="6F85C50A" w14:textId="77777777" w:rsidR="00C07019" w:rsidRPr="00B051F2" w:rsidRDefault="00000000">
      <w:pPr>
        <w:pStyle w:val="Lijstopsomteken"/>
        <w:rPr>
          <w:rFonts w:ascii="Calibri Light" w:hAnsi="Calibri Light" w:cs="Calibri Light"/>
        </w:rPr>
      </w:pPr>
      <w:r w:rsidRPr="00B051F2">
        <w:rPr>
          <w:rFonts w:ascii="Calibri Light" w:hAnsi="Calibri Light" w:cs="Calibri Light"/>
        </w:rPr>
        <w:t>Administratieve patiëntgebonden opvolging</w:t>
      </w:r>
    </w:p>
    <w:p w14:paraId="79E4F974" w14:textId="77777777" w:rsidR="00C07019" w:rsidRPr="00B051F2" w:rsidRDefault="00000000">
      <w:pPr>
        <w:pStyle w:val="Lijstopsomteken"/>
        <w:rPr>
          <w:rFonts w:ascii="Calibri Light" w:hAnsi="Calibri Light" w:cs="Calibri Light"/>
          <w:lang w:val="nl-BE"/>
        </w:rPr>
      </w:pPr>
      <w:r w:rsidRPr="00B051F2">
        <w:rPr>
          <w:rFonts w:ascii="Calibri Light" w:hAnsi="Calibri Light" w:cs="Calibri Light"/>
          <w:lang w:val="nl-BE"/>
        </w:rPr>
        <w:t>Actieve bijdrage aan kwaliteitswerking en praktijkontwikkeling</w:t>
      </w:r>
    </w:p>
    <w:p w14:paraId="6042DBD6" w14:textId="77777777" w:rsidR="00C07019" w:rsidRPr="00B051F2" w:rsidRDefault="00000000">
      <w:pPr>
        <w:pStyle w:val="Lijstopsomteken"/>
        <w:rPr>
          <w:rFonts w:ascii="Calibri Light" w:hAnsi="Calibri Light" w:cs="Calibri Light"/>
          <w:lang w:val="nl-BE"/>
        </w:rPr>
      </w:pPr>
      <w:r w:rsidRPr="00B051F2">
        <w:rPr>
          <w:rFonts w:ascii="Calibri Light" w:hAnsi="Calibri Light" w:cs="Calibri Light"/>
          <w:lang w:val="nl-BE"/>
        </w:rPr>
        <w:t>Deelname aan wachtdiensten binnen huisartsenwachtpost Pallieterland</w:t>
      </w:r>
    </w:p>
    <w:p w14:paraId="7FF894F4" w14:textId="77777777" w:rsidR="00C07019" w:rsidRPr="00B051F2" w:rsidRDefault="00000000">
      <w:pPr>
        <w:pStyle w:val="Kop2"/>
        <w:rPr>
          <w:rFonts w:ascii="Calibri Light" w:hAnsi="Calibri Light" w:cs="Calibri Light"/>
          <w:color w:val="auto"/>
        </w:rPr>
      </w:pPr>
      <w:proofErr w:type="spellStart"/>
      <w:r w:rsidRPr="00B051F2">
        <w:rPr>
          <w:rFonts w:ascii="Calibri Light" w:hAnsi="Calibri Light" w:cs="Calibri Light"/>
          <w:color w:val="auto"/>
        </w:rPr>
        <w:t>Gewenst</w:t>
      </w:r>
      <w:proofErr w:type="spellEnd"/>
      <w:r w:rsidRPr="00B051F2">
        <w:rPr>
          <w:rFonts w:ascii="Calibri Light" w:hAnsi="Calibri Light" w:cs="Calibri Light"/>
          <w:color w:val="auto"/>
        </w:rPr>
        <w:t xml:space="preserve"> </w:t>
      </w:r>
      <w:proofErr w:type="spellStart"/>
      <w:r w:rsidRPr="00B051F2">
        <w:rPr>
          <w:rFonts w:ascii="Calibri Light" w:hAnsi="Calibri Light" w:cs="Calibri Light"/>
          <w:color w:val="auto"/>
        </w:rPr>
        <w:t>profiel</w:t>
      </w:r>
      <w:proofErr w:type="spellEnd"/>
    </w:p>
    <w:p w14:paraId="7E774A46" w14:textId="77777777" w:rsidR="00C07019" w:rsidRPr="00B051F2" w:rsidRDefault="00000000">
      <w:pPr>
        <w:pStyle w:val="Lijstopsomteken"/>
        <w:rPr>
          <w:rFonts w:ascii="Calibri Light" w:hAnsi="Calibri Light" w:cs="Calibri Light"/>
          <w:lang w:val="nl-BE"/>
        </w:rPr>
      </w:pPr>
      <w:r w:rsidRPr="00B051F2">
        <w:rPr>
          <w:rFonts w:ascii="Calibri Light" w:hAnsi="Calibri Light" w:cs="Calibri Light"/>
          <w:lang w:val="nl-BE"/>
        </w:rPr>
        <w:t>Erkend huisarts of huisarts in opleiding die binnenkort afstudeert</w:t>
      </w:r>
    </w:p>
    <w:p w14:paraId="41696687" w14:textId="77777777" w:rsidR="00C07019" w:rsidRPr="00B051F2" w:rsidRDefault="00000000">
      <w:pPr>
        <w:pStyle w:val="Lijstopsomteken"/>
        <w:rPr>
          <w:rFonts w:ascii="Calibri Light" w:hAnsi="Calibri Light" w:cs="Calibri Light"/>
          <w:lang w:val="nl-BE"/>
        </w:rPr>
      </w:pPr>
      <w:r w:rsidRPr="00B051F2">
        <w:rPr>
          <w:rFonts w:ascii="Calibri Light" w:hAnsi="Calibri Light" w:cs="Calibri Light"/>
          <w:lang w:val="nl-BE"/>
        </w:rPr>
        <w:t>Teamgericht en vlot in multidisciplinaire samenwerking</w:t>
      </w:r>
    </w:p>
    <w:p w14:paraId="038F0FB4" w14:textId="77777777" w:rsidR="00C07019" w:rsidRPr="00B051F2" w:rsidRDefault="00000000">
      <w:pPr>
        <w:pStyle w:val="Lijstopsomteken"/>
        <w:rPr>
          <w:rFonts w:ascii="Calibri Light" w:hAnsi="Calibri Light" w:cs="Calibri Light"/>
          <w:lang w:val="nl-BE"/>
        </w:rPr>
      </w:pPr>
      <w:r w:rsidRPr="00B051F2">
        <w:rPr>
          <w:rFonts w:ascii="Calibri Light" w:hAnsi="Calibri Light" w:cs="Calibri Light"/>
          <w:lang w:val="nl-BE"/>
        </w:rPr>
        <w:t>Affiniteit met preventieve en maatschappelijk betrokken eerstelijnszorg</w:t>
      </w:r>
    </w:p>
    <w:p w14:paraId="225A2AE2" w14:textId="77777777" w:rsidR="00C07019" w:rsidRPr="00B051F2" w:rsidRDefault="00000000">
      <w:pPr>
        <w:pStyle w:val="Lijstopsomteken"/>
        <w:rPr>
          <w:rFonts w:ascii="Calibri Light" w:hAnsi="Calibri Light" w:cs="Calibri Light"/>
          <w:lang w:val="nl-BE"/>
        </w:rPr>
      </w:pPr>
      <w:r w:rsidRPr="00B051F2">
        <w:rPr>
          <w:rFonts w:ascii="Calibri Light" w:hAnsi="Calibri Light" w:cs="Calibri Light"/>
          <w:lang w:val="nl-BE"/>
        </w:rPr>
        <w:t>Zin voor initiatief, verantwoordelijkheid en kwaliteitsgericht werken</w:t>
      </w:r>
    </w:p>
    <w:p w14:paraId="782BE64E" w14:textId="77777777" w:rsidR="00C07019" w:rsidRPr="00B051F2" w:rsidRDefault="00000000">
      <w:pPr>
        <w:pStyle w:val="Lijstopsomteken"/>
        <w:rPr>
          <w:rFonts w:ascii="Calibri Light" w:hAnsi="Calibri Light" w:cs="Calibri Light"/>
          <w:lang w:val="nl-BE"/>
        </w:rPr>
      </w:pPr>
      <w:r w:rsidRPr="00B051F2">
        <w:rPr>
          <w:rFonts w:ascii="Calibri Light" w:hAnsi="Calibri Light" w:cs="Calibri Light"/>
          <w:lang w:val="nl-BE"/>
        </w:rPr>
        <w:t>Interesse in organisatieontwikkeling en innovatieve zorgmodellen</w:t>
      </w:r>
    </w:p>
    <w:p w14:paraId="472F461B" w14:textId="77777777" w:rsidR="00C07019" w:rsidRPr="00B051F2" w:rsidRDefault="00000000">
      <w:pPr>
        <w:pStyle w:val="Lijstopsomteken"/>
        <w:rPr>
          <w:rFonts w:ascii="Calibri Light" w:hAnsi="Calibri Light" w:cs="Calibri Light"/>
        </w:rPr>
      </w:pPr>
      <w:proofErr w:type="spellStart"/>
      <w:r w:rsidRPr="00B051F2">
        <w:rPr>
          <w:rFonts w:ascii="Calibri Light" w:hAnsi="Calibri Light" w:cs="Calibri Light"/>
        </w:rPr>
        <w:t>Voeling</w:t>
      </w:r>
      <w:proofErr w:type="spellEnd"/>
      <w:r w:rsidRPr="00B051F2">
        <w:rPr>
          <w:rFonts w:ascii="Calibri Light" w:hAnsi="Calibri Light" w:cs="Calibri Light"/>
        </w:rPr>
        <w:t xml:space="preserve"> met </w:t>
      </w:r>
      <w:proofErr w:type="spellStart"/>
      <w:r w:rsidRPr="00B051F2">
        <w:rPr>
          <w:rFonts w:ascii="Calibri Light" w:hAnsi="Calibri Light" w:cs="Calibri Light"/>
        </w:rPr>
        <w:t>een</w:t>
      </w:r>
      <w:proofErr w:type="spellEnd"/>
      <w:r w:rsidRPr="00B051F2">
        <w:rPr>
          <w:rFonts w:ascii="Calibri Light" w:hAnsi="Calibri Light" w:cs="Calibri Light"/>
        </w:rPr>
        <w:t xml:space="preserve"> diverse patiëntenpopulatie</w:t>
      </w:r>
    </w:p>
    <w:p w14:paraId="7BA158BD" w14:textId="77777777" w:rsidR="00C07019" w:rsidRPr="00B051F2" w:rsidRDefault="00000000">
      <w:pPr>
        <w:pStyle w:val="Kop2"/>
        <w:rPr>
          <w:rFonts w:ascii="Calibri Light" w:hAnsi="Calibri Light" w:cs="Calibri Light"/>
          <w:color w:val="auto"/>
        </w:rPr>
      </w:pPr>
      <w:r w:rsidRPr="00B051F2">
        <w:rPr>
          <w:rFonts w:ascii="Calibri Light" w:hAnsi="Calibri Light" w:cs="Calibri Light"/>
          <w:color w:val="auto"/>
        </w:rPr>
        <w:t>Arbeidsvoorwaarden</w:t>
      </w:r>
    </w:p>
    <w:p w14:paraId="2170D0E8" w14:textId="77777777" w:rsidR="00B051F2" w:rsidRDefault="00B051F2">
      <w:pPr>
        <w:pStyle w:val="Lijstopsomteken"/>
        <w:rPr>
          <w:rFonts w:ascii="Calibri Light" w:hAnsi="Calibri Light" w:cs="Calibri Light"/>
          <w:lang w:val="nl-BE"/>
        </w:rPr>
      </w:pPr>
      <w:r w:rsidRPr="00B051F2">
        <w:rPr>
          <w:rFonts w:ascii="Calibri Light" w:hAnsi="Calibri Light" w:cs="Calibri Light"/>
          <w:lang w:val="nl-BE"/>
        </w:rPr>
        <w:t xml:space="preserve">Voltijds of deeltijds engagement mogelijk, met </w:t>
      </w:r>
      <w:proofErr w:type="spellStart"/>
      <w:r w:rsidRPr="00B051F2">
        <w:rPr>
          <w:rFonts w:ascii="Calibri Light" w:hAnsi="Calibri Light" w:cs="Calibri Light"/>
          <w:lang w:val="nl-BE"/>
        </w:rPr>
        <w:t>jobtime</w:t>
      </w:r>
      <w:proofErr w:type="spellEnd"/>
      <w:r w:rsidRPr="00B051F2">
        <w:rPr>
          <w:rFonts w:ascii="Calibri Light" w:hAnsi="Calibri Light" w:cs="Calibri Light"/>
          <w:lang w:val="nl-BE"/>
        </w:rPr>
        <w:t xml:space="preserve"> in onderling overleg af te stemmen.</w:t>
      </w:r>
    </w:p>
    <w:p w14:paraId="73CEE8EC" w14:textId="4683F88E" w:rsidR="00C07019" w:rsidRPr="00B051F2" w:rsidRDefault="00000000">
      <w:pPr>
        <w:pStyle w:val="Lijstopsomteken"/>
        <w:rPr>
          <w:rFonts w:ascii="Calibri Light" w:hAnsi="Calibri Light" w:cs="Calibri Light"/>
          <w:lang w:val="nl-BE"/>
        </w:rPr>
      </w:pPr>
      <w:r w:rsidRPr="00B051F2">
        <w:rPr>
          <w:rFonts w:ascii="Calibri Light" w:hAnsi="Calibri Light" w:cs="Calibri Light"/>
          <w:lang w:val="nl-BE"/>
        </w:rPr>
        <w:t>Contract als bediende (CAO 330 – IFIC 20)</w:t>
      </w:r>
      <w:r w:rsidR="00B051F2" w:rsidRPr="00B051F2">
        <w:rPr>
          <w:rFonts w:ascii="Calibri Light" w:hAnsi="Calibri Light" w:cs="Calibri Light"/>
          <w:lang w:val="nl-BE"/>
        </w:rPr>
        <w:t xml:space="preserve"> </w:t>
      </w:r>
      <w:r w:rsidR="00B051F2">
        <w:rPr>
          <w:rFonts w:ascii="Calibri Light" w:hAnsi="Calibri Light" w:cs="Calibri Light"/>
          <w:lang w:val="nl-BE"/>
        </w:rPr>
        <w:t>- z</w:t>
      </w:r>
      <w:r w:rsidRPr="00B051F2">
        <w:rPr>
          <w:rFonts w:ascii="Calibri Light" w:hAnsi="Calibri Light" w:cs="Calibri Light"/>
          <w:lang w:val="nl-BE"/>
        </w:rPr>
        <w:t>elfstandig statuut bespreekbaar</w:t>
      </w:r>
    </w:p>
    <w:p w14:paraId="63CA9B72" w14:textId="77777777" w:rsidR="00C07019" w:rsidRPr="00B051F2" w:rsidRDefault="00000000">
      <w:pPr>
        <w:pStyle w:val="Lijstopsomteken"/>
        <w:rPr>
          <w:rFonts w:ascii="Calibri Light" w:hAnsi="Calibri Light" w:cs="Calibri Light"/>
          <w:lang w:val="nl-BE"/>
        </w:rPr>
      </w:pPr>
      <w:r w:rsidRPr="00B051F2">
        <w:rPr>
          <w:rFonts w:ascii="Calibri Light" w:hAnsi="Calibri Light" w:cs="Calibri Light"/>
          <w:lang w:val="nl-BE"/>
        </w:rPr>
        <w:t>Verloning volgens anciënniteit inclusief HAIO-jaren</w:t>
      </w:r>
    </w:p>
    <w:p w14:paraId="6EBA4C0A" w14:textId="77777777" w:rsidR="00C07019" w:rsidRPr="00B051F2" w:rsidRDefault="00000000">
      <w:pPr>
        <w:pStyle w:val="Lijstopsomteken"/>
        <w:rPr>
          <w:rFonts w:ascii="Calibri Light" w:hAnsi="Calibri Light" w:cs="Calibri Light"/>
        </w:rPr>
      </w:pPr>
      <w:proofErr w:type="spellStart"/>
      <w:r w:rsidRPr="00B051F2">
        <w:rPr>
          <w:rFonts w:ascii="Calibri Light" w:hAnsi="Calibri Light" w:cs="Calibri Light"/>
        </w:rPr>
        <w:t>Maaltijdcheques</w:t>
      </w:r>
      <w:proofErr w:type="spellEnd"/>
    </w:p>
    <w:p w14:paraId="7C03FD7C" w14:textId="77777777" w:rsidR="00C07019" w:rsidRPr="00B051F2" w:rsidRDefault="00000000">
      <w:pPr>
        <w:pStyle w:val="Lijstopsomteken"/>
        <w:rPr>
          <w:rFonts w:ascii="Calibri Light" w:hAnsi="Calibri Light" w:cs="Calibri Light"/>
          <w:lang w:val="nl-BE"/>
        </w:rPr>
      </w:pPr>
      <w:r w:rsidRPr="00B051F2">
        <w:rPr>
          <w:rFonts w:ascii="Calibri Light" w:hAnsi="Calibri Light" w:cs="Calibri Light"/>
          <w:lang w:val="nl-BE"/>
        </w:rPr>
        <w:t>Vergoeding van lidgelden en professionele verzekeringen</w:t>
      </w:r>
    </w:p>
    <w:p w14:paraId="402086F1" w14:textId="77777777" w:rsidR="00C07019" w:rsidRPr="00B051F2" w:rsidRDefault="00000000">
      <w:pPr>
        <w:pStyle w:val="Lijstopsomteken"/>
        <w:rPr>
          <w:rFonts w:ascii="Calibri Light" w:hAnsi="Calibri Light" w:cs="Calibri Light"/>
        </w:rPr>
      </w:pPr>
      <w:proofErr w:type="spellStart"/>
      <w:r w:rsidRPr="00B051F2">
        <w:rPr>
          <w:rFonts w:ascii="Calibri Light" w:hAnsi="Calibri Light" w:cs="Calibri Light"/>
        </w:rPr>
        <w:lastRenderedPageBreak/>
        <w:t>Ondersteuning</w:t>
      </w:r>
      <w:proofErr w:type="spellEnd"/>
      <w:r w:rsidRPr="00B051F2">
        <w:rPr>
          <w:rFonts w:ascii="Calibri Light" w:hAnsi="Calibri Light" w:cs="Calibri Light"/>
        </w:rPr>
        <w:t xml:space="preserve"> </w:t>
      </w:r>
      <w:proofErr w:type="spellStart"/>
      <w:r w:rsidRPr="00B051F2">
        <w:rPr>
          <w:rFonts w:ascii="Calibri Light" w:hAnsi="Calibri Light" w:cs="Calibri Light"/>
        </w:rPr>
        <w:t>bij</w:t>
      </w:r>
      <w:proofErr w:type="spellEnd"/>
      <w:r w:rsidRPr="00B051F2">
        <w:rPr>
          <w:rFonts w:ascii="Calibri Light" w:hAnsi="Calibri Light" w:cs="Calibri Light"/>
        </w:rPr>
        <w:t xml:space="preserve"> </w:t>
      </w:r>
      <w:proofErr w:type="spellStart"/>
      <w:r w:rsidRPr="00B051F2">
        <w:rPr>
          <w:rFonts w:ascii="Calibri Light" w:hAnsi="Calibri Light" w:cs="Calibri Light"/>
        </w:rPr>
        <w:t>opleiding</w:t>
      </w:r>
      <w:proofErr w:type="spellEnd"/>
      <w:r w:rsidRPr="00B051F2">
        <w:rPr>
          <w:rFonts w:ascii="Calibri Light" w:hAnsi="Calibri Light" w:cs="Calibri Light"/>
        </w:rPr>
        <w:t xml:space="preserve"> </w:t>
      </w:r>
      <w:proofErr w:type="spellStart"/>
      <w:r w:rsidRPr="00B051F2">
        <w:rPr>
          <w:rFonts w:ascii="Calibri Light" w:hAnsi="Calibri Light" w:cs="Calibri Light"/>
        </w:rPr>
        <w:t>en</w:t>
      </w:r>
      <w:proofErr w:type="spellEnd"/>
      <w:r w:rsidRPr="00B051F2">
        <w:rPr>
          <w:rFonts w:ascii="Calibri Light" w:hAnsi="Calibri Light" w:cs="Calibri Light"/>
        </w:rPr>
        <w:t xml:space="preserve"> bijscholing</w:t>
      </w:r>
    </w:p>
    <w:p w14:paraId="3AE59FFF" w14:textId="77777777" w:rsidR="00C07019" w:rsidRPr="00B051F2" w:rsidRDefault="00000000">
      <w:pPr>
        <w:pStyle w:val="Lijstopsomteken"/>
        <w:rPr>
          <w:rFonts w:ascii="Calibri Light" w:hAnsi="Calibri Light" w:cs="Calibri Light"/>
        </w:rPr>
      </w:pPr>
      <w:r w:rsidRPr="00B051F2">
        <w:rPr>
          <w:rFonts w:ascii="Calibri Light" w:hAnsi="Calibri Light" w:cs="Calibri Light"/>
        </w:rPr>
        <w:t>Flexibele uurregeling in overleg</w:t>
      </w:r>
    </w:p>
    <w:p w14:paraId="1637C850" w14:textId="77777777" w:rsidR="00C07019" w:rsidRPr="00B051F2" w:rsidRDefault="00000000">
      <w:pPr>
        <w:pStyle w:val="Lijstopsomteken"/>
        <w:rPr>
          <w:rFonts w:ascii="Calibri Light" w:hAnsi="Calibri Light" w:cs="Calibri Light"/>
          <w:lang w:val="nl-BE"/>
        </w:rPr>
      </w:pPr>
      <w:r w:rsidRPr="00B051F2">
        <w:rPr>
          <w:rFonts w:ascii="Calibri Light" w:hAnsi="Calibri Light" w:cs="Calibri Light"/>
          <w:lang w:val="nl-BE"/>
        </w:rPr>
        <w:t>Sterke administratieve ondersteuning en professioneel onthaalteam</w:t>
      </w:r>
    </w:p>
    <w:p w14:paraId="750C7442" w14:textId="77777777" w:rsidR="00C07019" w:rsidRPr="00B051F2" w:rsidRDefault="00000000">
      <w:pPr>
        <w:pStyle w:val="Kop2"/>
        <w:rPr>
          <w:rFonts w:ascii="Calibri Light" w:hAnsi="Calibri Light" w:cs="Calibri Light"/>
          <w:color w:val="auto"/>
        </w:rPr>
      </w:pPr>
      <w:r w:rsidRPr="00B051F2">
        <w:rPr>
          <w:rFonts w:ascii="Calibri Light" w:hAnsi="Calibri Light" w:cs="Calibri Light"/>
          <w:color w:val="auto"/>
        </w:rPr>
        <w:t xml:space="preserve">Wat mag je </w:t>
      </w:r>
      <w:proofErr w:type="spellStart"/>
      <w:r w:rsidRPr="00B051F2">
        <w:rPr>
          <w:rFonts w:ascii="Calibri Light" w:hAnsi="Calibri Light" w:cs="Calibri Light"/>
          <w:color w:val="auto"/>
        </w:rPr>
        <w:t>verwachten</w:t>
      </w:r>
      <w:proofErr w:type="spellEnd"/>
      <w:r w:rsidRPr="00B051F2">
        <w:rPr>
          <w:rFonts w:ascii="Calibri Light" w:hAnsi="Calibri Light" w:cs="Calibri Light"/>
          <w:color w:val="auto"/>
        </w:rPr>
        <w:t>?</w:t>
      </w:r>
    </w:p>
    <w:p w14:paraId="79D507F3" w14:textId="77777777" w:rsidR="00C07019" w:rsidRPr="00B051F2" w:rsidRDefault="00000000">
      <w:pPr>
        <w:pStyle w:val="Lijstopsomteken"/>
        <w:rPr>
          <w:rFonts w:ascii="Calibri Light" w:hAnsi="Calibri Light" w:cs="Calibri Light"/>
          <w:lang w:val="nl-BE"/>
        </w:rPr>
      </w:pPr>
      <w:r w:rsidRPr="00B051F2">
        <w:rPr>
          <w:rFonts w:ascii="Calibri Light" w:hAnsi="Calibri Light" w:cs="Calibri Light"/>
          <w:lang w:val="nl-BE"/>
        </w:rPr>
        <w:t>Een dynamische werkomgeving met ruimte voor eigen initiatief en professionele groei</w:t>
      </w:r>
    </w:p>
    <w:p w14:paraId="7C9EFEC4" w14:textId="77777777" w:rsidR="00C07019" w:rsidRPr="00B051F2" w:rsidRDefault="00000000">
      <w:pPr>
        <w:pStyle w:val="Lijstopsomteken"/>
        <w:rPr>
          <w:rFonts w:ascii="Calibri Light" w:hAnsi="Calibri Light" w:cs="Calibri Light"/>
          <w:lang w:val="nl-BE"/>
        </w:rPr>
      </w:pPr>
      <w:r w:rsidRPr="00B051F2">
        <w:rPr>
          <w:rFonts w:ascii="Calibri Light" w:hAnsi="Calibri Light" w:cs="Calibri Light"/>
          <w:lang w:val="nl-BE"/>
        </w:rPr>
        <w:t>Een moderne en goed uitgeruste nieuwbouwpraktijk</w:t>
      </w:r>
    </w:p>
    <w:p w14:paraId="7AA0B164" w14:textId="77777777" w:rsidR="00C07019" w:rsidRPr="00B051F2" w:rsidRDefault="00000000">
      <w:pPr>
        <w:pStyle w:val="Lijstopsomteken"/>
        <w:rPr>
          <w:rFonts w:ascii="Calibri Light" w:hAnsi="Calibri Light" w:cs="Calibri Light"/>
          <w:lang w:val="nl-BE"/>
        </w:rPr>
      </w:pPr>
      <w:r w:rsidRPr="00B051F2">
        <w:rPr>
          <w:rFonts w:ascii="Calibri Light" w:hAnsi="Calibri Light" w:cs="Calibri Light"/>
          <w:lang w:val="nl-BE"/>
        </w:rPr>
        <w:t xml:space="preserve">Ondersteuning door digitale tools zoals </w:t>
      </w:r>
      <w:proofErr w:type="spellStart"/>
      <w:r w:rsidRPr="00B051F2">
        <w:rPr>
          <w:rFonts w:ascii="Calibri Light" w:hAnsi="Calibri Light" w:cs="Calibri Light"/>
          <w:lang w:val="nl-BE"/>
        </w:rPr>
        <w:t>CareConnect</w:t>
      </w:r>
      <w:proofErr w:type="spellEnd"/>
      <w:r w:rsidRPr="00B051F2">
        <w:rPr>
          <w:rFonts w:ascii="Calibri Light" w:hAnsi="Calibri Light" w:cs="Calibri Light"/>
          <w:lang w:val="nl-BE"/>
        </w:rPr>
        <w:t xml:space="preserve"> en </w:t>
      </w:r>
      <w:proofErr w:type="spellStart"/>
      <w:r w:rsidRPr="00B051F2">
        <w:rPr>
          <w:rFonts w:ascii="Calibri Light" w:hAnsi="Calibri Light" w:cs="Calibri Light"/>
          <w:lang w:val="nl-BE"/>
        </w:rPr>
        <w:t>Progenda</w:t>
      </w:r>
      <w:proofErr w:type="spellEnd"/>
    </w:p>
    <w:p w14:paraId="01C243D7" w14:textId="77777777" w:rsidR="00C07019" w:rsidRPr="00B051F2" w:rsidRDefault="00000000">
      <w:pPr>
        <w:pStyle w:val="Lijstopsomteken"/>
        <w:rPr>
          <w:rFonts w:ascii="Calibri Light" w:hAnsi="Calibri Light" w:cs="Calibri Light"/>
          <w:lang w:val="nl-BE"/>
        </w:rPr>
      </w:pPr>
      <w:r w:rsidRPr="00B051F2">
        <w:rPr>
          <w:rFonts w:ascii="Calibri Light" w:hAnsi="Calibri Light" w:cs="Calibri Light"/>
          <w:lang w:val="nl-BE"/>
        </w:rPr>
        <w:t>Flexibele consultatievormen met vrije consultnamiddagen, online afspraken en beperkt aantal huisbezoeken</w:t>
      </w:r>
    </w:p>
    <w:p w14:paraId="14B141FC" w14:textId="77777777" w:rsidR="00C07019" w:rsidRPr="00B051F2" w:rsidRDefault="00000000">
      <w:pPr>
        <w:pStyle w:val="Lijstopsomteken"/>
        <w:rPr>
          <w:rFonts w:ascii="Calibri Light" w:hAnsi="Calibri Light" w:cs="Calibri Light"/>
          <w:lang w:val="nl-BE"/>
        </w:rPr>
      </w:pPr>
      <w:r w:rsidRPr="00B051F2">
        <w:rPr>
          <w:rFonts w:ascii="Calibri Light" w:hAnsi="Calibri Light" w:cs="Calibri Light"/>
          <w:lang w:val="nl-BE"/>
        </w:rPr>
        <w:t>Een organisatie in ontwikkeling met aandacht voor samenwerking, participatie en duurzame werkbaarheid</w:t>
      </w:r>
    </w:p>
    <w:p w14:paraId="6F3D20D6" w14:textId="77777777" w:rsidR="00C07019" w:rsidRPr="00B051F2" w:rsidRDefault="00000000">
      <w:pPr>
        <w:pStyle w:val="Lijstopsomteken"/>
        <w:rPr>
          <w:rFonts w:ascii="Calibri Light" w:hAnsi="Calibri Light" w:cs="Calibri Light"/>
          <w:lang w:val="nl-BE"/>
        </w:rPr>
      </w:pPr>
      <w:r w:rsidRPr="00B051F2">
        <w:rPr>
          <w:rFonts w:ascii="Calibri Light" w:hAnsi="Calibri Light" w:cs="Calibri Light"/>
          <w:lang w:val="nl-BE"/>
        </w:rPr>
        <w:t>Een collegiale werksfeer met korte communicatielijnen</w:t>
      </w:r>
    </w:p>
    <w:p w14:paraId="17219CBE" w14:textId="77777777" w:rsidR="00C07019" w:rsidRPr="00B051F2" w:rsidRDefault="00000000">
      <w:pPr>
        <w:pStyle w:val="Lijstopsomteken"/>
        <w:rPr>
          <w:rFonts w:ascii="Calibri Light" w:hAnsi="Calibri Light" w:cs="Calibri Light"/>
        </w:rPr>
      </w:pPr>
      <w:proofErr w:type="spellStart"/>
      <w:r w:rsidRPr="00B051F2">
        <w:rPr>
          <w:rFonts w:ascii="Calibri Light" w:hAnsi="Calibri Light" w:cs="Calibri Light"/>
        </w:rPr>
        <w:t>Snelle</w:t>
      </w:r>
      <w:proofErr w:type="spellEnd"/>
      <w:r w:rsidRPr="00B051F2">
        <w:rPr>
          <w:rFonts w:ascii="Calibri Light" w:hAnsi="Calibri Light" w:cs="Calibri Light"/>
        </w:rPr>
        <w:t xml:space="preserve"> </w:t>
      </w:r>
      <w:proofErr w:type="spellStart"/>
      <w:r w:rsidRPr="00B051F2">
        <w:rPr>
          <w:rFonts w:ascii="Calibri Light" w:hAnsi="Calibri Light" w:cs="Calibri Light"/>
        </w:rPr>
        <w:t>opstart</w:t>
      </w:r>
      <w:proofErr w:type="spellEnd"/>
      <w:r w:rsidRPr="00B051F2">
        <w:rPr>
          <w:rFonts w:ascii="Calibri Light" w:hAnsi="Calibri Light" w:cs="Calibri Light"/>
        </w:rPr>
        <w:t xml:space="preserve"> </w:t>
      </w:r>
      <w:proofErr w:type="spellStart"/>
      <w:r w:rsidRPr="00B051F2">
        <w:rPr>
          <w:rFonts w:ascii="Calibri Light" w:hAnsi="Calibri Light" w:cs="Calibri Light"/>
        </w:rPr>
        <w:t>mogelijk</w:t>
      </w:r>
      <w:proofErr w:type="spellEnd"/>
    </w:p>
    <w:p w14:paraId="7F86E72E" w14:textId="77777777" w:rsidR="00C07019" w:rsidRPr="00B051F2" w:rsidRDefault="00000000">
      <w:pPr>
        <w:pStyle w:val="Kop2"/>
        <w:rPr>
          <w:rFonts w:ascii="Calibri Light" w:hAnsi="Calibri Light" w:cs="Calibri Light"/>
          <w:color w:val="auto"/>
        </w:rPr>
      </w:pPr>
      <w:r w:rsidRPr="00B051F2">
        <w:rPr>
          <w:rFonts w:ascii="Calibri Light" w:hAnsi="Calibri Light" w:cs="Calibri Light"/>
          <w:color w:val="auto"/>
        </w:rPr>
        <w:t>Interesse?</w:t>
      </w:r>
    </w:p>
    <w:p w14:paraId="755FDED2" w14:textId="7616384C" w:rsidR="00C07019" w:rsidRPr="00B051F2" w:rsidRDefault="00000000" w:rsidP="00B051F2">
      <w:pPr>
        <w:pStyle w:val="Geenafstand"/>
        <w:rPr>
          <w:rFonts w:ascii="Calibri Light" w:hAnsi="Calibri Light" w:cs="Calibri Light"/>
          <w:sz w:val="24"/>
          <w:szCs w:val="24"/>
          <w:lang w:val="nl-BE"/>
        </w:rPr>
      </w:pPr>
      <w:r w:rsidRPr="00B051F2">
        <w:rPr>
          <w:rFonts w:ascii="Calibri Light" w:hAnsi="Calibri Light" w:cs="Calibri Light"/>
          <w:sz w:val="24"/>
          <w:szCs w:val="24"/>
          <w:lang w:val="nl-BE"/>
        </w:rPr>
        <w:t xml:space="preserve">Stuur je cv en motivatiebrief naar: </w:t>
      </w:r>
      <w:r w:rsidR="00B051F2" w:rsidRPr="00B051F2">
        <w:rPr>
          <w:rFonts w:ascii="Calibri Light" w:hAnsi="Calibri Light" w:cs="Calibri Light"/>
          <w:sz w:val="24"/>
          <w:szCs w:val="24"/>
          <w:lang w:val="nl-BE"/>
        </w:rPr>
        <w:t>geert.staelens</w:t>
      </w:r>
      <w:r w:rsidRPr="00B051F2">
        <w:rPr>
          <w:rFonts w:ascii="Calibri Light" w:hAnsi="Calibri Light" w:cs="Calibri Light"/>
          <w:sz w:val="24"/>
          <w:szCs w:val="24"/>
          <w:lang w:val="nl-BE"/>
        </w:rPr>
        <w:t>@dezilverenknoop.be</w:t>
      </w:r>
    </w:p>
    <w:p w14:paraId="7F7977F1" w14:textId="77777777" w:rsidR="00B051F2" w:rsidRDefault="00B051F2" w:rsidP="00B051F2">
      <w:pPr>
        <w:pStyle w:val="Geenafstand"/>
        <w:rPr>
          <w:rFonts w:ascii="Calibri Light" w:hAnsi="Calibri Light" w:cs="Calibri Light"/>
          <w:sz w:val="24"/>
          <w:szCs w:val="24"/>
          <w:lang w:val="nl-BE"/>
        </w:rPr>
      </w:pPr>
    </w:p>
    <w:p w14:paraId="24E69DA9" w14:textId="4F7EDD5F" w:rsidR="00C07019" w:rsidRPr="00B051F2" w:rsidRDefault="00000000" w:rsidP="00B051F2">
      <w:pPr>
        <w:pStyle w:val="Geenafstand"/>
        <w:rPr>
          <w:rFonts w:ascii="Calibri Light" w:hAnsi="Calibri Light" w:cs="Calibri Light"/>
          <w:sz w:val="24"/>
          <w:szCs w:val="24"/>
          <w:lang w:val="nl-BE"/>
        </w:rPr>
      </w:pPr>
      <w:r w:rsidRPr="00B051F2">
        <w:rPr>
          <w:rFonts w:ascii="Calibri Light" w:hAnsi="Calibri Light" w:cs="Calibri Light"/>
          <w:sz w:val="24"/>
          <w:szCs w:val="24"/>
          <w:lang w:val="nl-BE"/>
        </w:rPr>
        <w:t xml:space="preserve">Heb je vragen of wil je vrijblijvend kennismaken? Neem gerust contact op via </w:t>
      </w:r>
      <w:r w:rsidR="00B051F2" w:rsidRPr="00B051F2">
        <w:rPr>
          <w:rFonts w:ascii="Calibri Light" w:hAnsi="Calibri Light" w:cs="Calibri Light"/>
          <w:sz w:val="24"/>
          <w:szCs w:val="24"/>
          <w:lang w:val="nl-BE"/>
        </w:rPr>
        <w:t>0492/550.002</w:t>
      </w:r>
      <w:r w:rsidRPr="00B051F2">
        <w:rPr>
          <w:rFonts w:ascii="Calibri Light" w:hAnsi="Calibri Light" w:cs="Calibri Light"/>
          <w:sz w:val="24"/>
          <w:szCs w:val="24"/>
          <w:lang w:val="nl-BE"/>
        </w:rPr>
        <w:t>.</w:t>
      </w:r>
      <w:r w:rsidR="00B051F2">
        <w:rPr>
          <w:rFonts w:ascii="Calibri Light" w:hAnsi="Calibri Light" w:cs="Calibri Light"/>
          <w:sz w:val="24"/>
          <w:szCs w:val="24"/>
          <w:lang w:val="nl-BE"/>
        </w:rPr>
        <w:t xml:space="preserve"> </w:t>
      </w:r>
      <w:r w:rsidRPr="00B051F2">
        <w:rPr>
          <w:rFonts w:ascii="Calibri Light" w:hAnsi="Calibri Light" w:cs="Calibri Light"/>
          <w:sz w:val="24"/>
          <w:szCs w:val="24"/>
          <w:lang w:val="nl-BE"/>
        </w:rPr>
        <w:t>Meer info: www.dezilverenknoop.be</w:t>
      </w:r>
    </w:p>
    <w:p w14:paraId="65C19BB2" w14:textId="77777777" w:rsidR="00B051F2" w:rsidRDefault="00B051F2" w:rsidP="00B051F2">
      <w:pPr>
        <w:pStyle w:val="Geenafstand"/>
        <w:rPr>
          <w:rFonts w:ascii="Calibri Light" w:hAnsi="Calibri Light" w:cs="Calibri Light"/>
          <w:sz w:val="24"/>
          <w:szCs w:val="24"/>
          <w:lang w:val="nl-BE"/>
        </w:rPr>
      </w:pPr>
    </w:p>
    <w:p w14:paraId="3E3B2740" w14:textId="51E1FD5C" w:rsidR="00C07019" w:rsidRPr="00B051F2" w:rsidRDefault="00000000" w:rsidP="00B051F2">
      <w:pPr>
        <w:pStyle w:val="Geenafstand"/>
        <w:rPr>
          <w:rFonts w:ascii="Calibri Light" w:hAnsi="Calibri Light" w:cs="Calibri Light"/>
          <w:b/>
          <w:bCs/>
          <w:sz w:val="24"/>
          <w:szCs w:val="24"/>
          <w:lang w:val="nl-BE"/>
        </w:rPr>
      </w:pPr>
      <w:r w:rsidRPr="00B051F2">
        <w:rPr>
          <w:rFonts w:ascii="Calibri Light" w:hAnsi="Calibri Light" w:cs="Calibri Light"/>
          <w:b/>
          <w:bCs/>
          <w:sz w:val="24"/>
          <w:szCs w:val="24"/>
          <w:lang w:val="nl-BE"/>
        </w:rPr>
        <w:t>Wij kijken ernaar uit om jou te ontmoeten!</w:t>
      </w:r>
    </w:p>
    <w:sectPr w:rsidR="00C07019" w:rsidRPr="00B051F2"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6B561BD6"/>
    <w:lvl w:ilvl="0">
      <w:start w:val="1"/>
      <w:numFmt w:val="bullet"/>
      <w:pStyle w:val="Lijstopsomteken"/>
      <w:lvlText w:val=""/>
      <w:lvlJc w:val="left"/>
      <w:pPr>
        <w:tabs>
          <w:tab w:val="num" w:pos="360"/>
        </w:tabs>
        <w:ind w:left="360" w:hanging="360"/>
      </w:pPr>
      <w:rPr>
        <w:rFonts w:ascii="Symbol" w:hAnsi="Symbol" w:hint="default"/>
      </w:rPr>
    </w:lvl>
  </w:abstractNum>
  <w:num w:numId="1" w16cid:durableId="592863001">
    <w:abstractNumId w:val="8"/>
  </w:num>
  <w:num w:numId="2" w16cid:durableId="665671010">
    <w:abstractNumId w:val="6"/>
  </w:num>
  <w:num w:numId="3" w16cid:durableId="922762241">
    <w:abstractNumId w:val="5"/>
  </w:num>
  <w:num w:numId="4" w16cid:durableId="2082751841">
    <w:abstractNumId w:val="4"/>
  </w:num>
  <w:num w:numId="5" w16cid:durableId="1395203821">
    <w:abstractNumId w:val="7"/>
  </w:num>
  <w:num w:numId="6" w16cid:durableId="933199">
    <w:abstractNumId w:val="3"/>
  </w:num>
  <w:num w:numId="7" w16cid:durableId="444886888">
    <w:abstractNumId w:val="2"/>
  </w:num>
  <w:num w:numId="8" w16cid:durableId="483854599">
    <w:abstractNumId w:val="1"/>
  </w:num>
  <w:num w:numId="9" w16cid:durableId="874584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7248AD"/>
    <w:rsid w:val="00AA1D8D"/>
    <w:rsid w:val="00B051F2"/>
    <w:rsid w:val="00B47730"/>
    <w:rsid w:val="00C07019"/>
    <w:rsid w:val="00CB0664"/>
    <w:rsid w:val="00E5027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95857C2"/>
  <w14:defaultImageDpi w14:val="300"/>
  <w15:docId w15:val="{BB2696FD-CB72-49C3-9819-965A9E340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450</Words>
  <Characters>2475</Characters>
  <Application>Microsoft Office Word</Application>
  <DocSecurity>0</DocSecurity>
  <Lines>20</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2920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Geert Staelens</cp:lastModifiedBy>
  <cp:revision>2</cp:revision>
  <dcterms:created xsi:type="dcterms:W3CDTF">2026-05-18T09:54:00Z</dcterms:created>
  <dcterms:modified xsi:type="dcterms:W3CDTF">2026-05-18T09:54:00Z</dcterms:modified>
  <cp:category/>
</cp:coreProperties>
</file>